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b w:val="0"/>
          <w:color w:val="64748B"/>
          <w:sz w:val="18"/>
        </w:rPr>
        <w:t>[FİRMA LOGONUZ / ANTETİNİZ]</w:t>
      </w:r>
    </w:p>
    <w:p>
      <w:pPr>
        <w:spacing w:after="40"/>
      </w:pPr>
      <w:r>
        <w:rPr>
          <w:b/>
          <w:color w:val="0E1830"/>
          <w:sz w:val="28"/>
        </w:rPr>
        <w:t>OLUMLU (POZİTİF) MUTABAKAT</w:t>
      </w:r>
    </w:p>
    <w:p>
      <w:pPr>
        <w:spacing w:after="280"/>
      </w:pPr>
      <w:r>
        <w:rPr>
          <w:b w:val="0"/>
          <w:color w:val="64748B"/>
          <w:sz w:val="20"/>
        </w:rPr>
        <w:t>Cari Hesap Mutabakat Mektubu</w:t>
      </w:r>
    </w:p>
    <w:p>
      <w:pPr>
        <w:spacing w:after="80"/>
      </w:pPr>
      <w:r>
        <w:rPr>
          <w:b w:val="0"/>
          <w:sz w:val="21"/>
        </w:rPr>
        <w:t>Tarih: ____ / ____ / 20____</w:t>
      </w:r>
    </w:p>
    <w:p>
      <w:pPr>
        <w:spacing w:after="80"/>
      </w:pPr>
      <w:r>
        <w:rPr>
          <w:b w:val="0"/>
          <w:sz w:val="21"/>
        </w:rPr>
        <w:t>Sayı: ____________</w:t>
      </w:r>
    </w:p>
    <w:p>
      <w:pPr>
        <w:spacing w:after="80"/>
      </w:pPr>
      <w:r>
        <w:rPr>
          <w:b w:val="0"/>
          <w:sz w:val="21"/>
        </w:rPr>
        <w:t>Muhatap Firma Unvanı: ______________________________________</w:t>
      </w:r>
    </w:p>
    <w:p>
      <w:pPr>
        <w:spacing w:after="80"/>
      </w:pPr>
      <w:r>
        <w:rPr>
          <w:b w:val="0"/>
          <w:sz w:val="21"/>
        </w:rPr>
        <w:t>Vergi Dairesi / VKN: ______________________________________</w:t>
      </w:r>
    </w:p>
    <w:p>
      <w:pPr>
        <w:spacing w:after="80"/>
      </w:pPr>
      <w:r>
        <w:rPr>
          <w:b w:val="0"/>
          <w:sz w:val="21"/>
        </w:rPr>
        <w:t>İlgili Kişi / E-posta: ______________________________________</w:t>
      </w:r>
    </w:p>
    <w:p>
      <w:pPr>
        <w:spacing w:after="40"/>
      </w:pPr>
      <w:r>
        <w:rPr>
          <w:b w:val="0"/>
          <w:sz w:val="21"/>
        </w:rPr>
      </w:r>
    </w:p>
    <w:p>
      <w:pPr>
        <w:spacing w:after="160"/>
      </w:pPr>
      <w:r>
        <w:rPr>
          <w:b w:val="0"/>
          <w:sz w:val="21"/>
        </w:rPr>
        <w:t>Sayın Yetkili,</w:t>
      </w:r>
    </w:p>
    <w:p>
      <w:pPr>
        <w:spacing w:after="160"/>
      </w:pPr>
      <w:r>
        <w:rPr>
          <w:b w:val="0"/>
          <w:sz w:val="21"/>
        </w:rPr>
        <w:t>Şirketimiz kayıtlarına göre ____ / ____ / 20____ tarihi itibarıyla cari hesabınız ____________________ TL / USD / EUR tutarında BORÇ / ALACAK bakiyesi vermektedir.</w:t>
      </w:r>
    </w:p>
    <w:p>
      <w:pPr>
        <w:spacing w:after="160"/>
      </w:pPr>
      <w:r>
        <w:rPr>
          <w:b w:val="0"/>
          <w:sz w:val="21"/>
        </w:rPr>
        <w:t>Kayıtlarınızla mutabık olup olmadığınızı; mutabık değilseniz kayıtlarınıza göre bakiyeyi ve varsa fark yaratan kalemlerin dökümünü (fatura no, tarih, tutar) bu yazının tarafınıza ulaşmasından itibaren 7 (yedi) gün içinde yazılı olarak bildirmenizi rica ederiz.</w:t>
      </w:r>
    </w:p>
    <w:p>
      <w:pPr>
        <w:spacing w:after="200"/>
      </w:pPr>
      <w:r>
        <w:rPr>
          <w:b/>
          <w:sz w:val="21"/>
        </w:rPr>
        <w:t>MUTABIKIZ  ☐                MUTABIK DEĞİLİZ  ☐        Kayıtlarımıza göre bakiye: ____________________</w:t>
      </w:r>
    </w:p>
    <w:p>
      <w:pPr>
        <w:spacing w:after="200"/>
      </w:pPr>
      <w:r>
        <w:rPr>
          <w:b w:val="0"/>
          <w:sz w:val="21"/>
        </w:rPr>
      </w:r>
    </w:p>
    <w:p>
      <w:pPr>
        <w:spacing w:after="80"/>
      </w:pPr>
      <w:r>
        <w:rPr>
          <w:b/>
          <w:sz w:val="21"/>
        </w:rPr>
        <w:t>Gönderen Firma                                            Muhatap Firma</w:t>
      </w:r>
    </w:p>
    <w:p>
      <w:pPr>
        <w:spacing w:after="40"/>
      </w:pPr>
      <w:r>
        <w:rPr>
          <w:b w:val="0"/>
          <w:color w:val="64748B"/>
          <w:sz w:val="20"/>
        </w:rPr>
        <w:t>Kaşe / İmza                                                                        Kaşe / İmza</w:t>
      </w:r>
    </w:p>
    <w:p>
      <w:pPr>
        <w:spacing w:after="40"/>
      </w:pPr>
      <w:r>
        <w:rPr>
          <w:b w:val="0"/>
          <w:sz w:val="20"/>
        </w:rPr>
        <w:t>Ad Soyad / Unvan: ______________________      Ad Soyad / Unvan: ______________________</w:t>
      </w:r>
    </w:p>
    <w:p>
      <w:pPr>
        <w:spacing w:after="60"/>
      </w:pPr>
      <w:r>
        <w:rPr>
          <w:b/>
          <w:color w:val="1D4ED8"/>
          <w:sz w:val="21"/>
        </w:rPr>
        <w:t>Hukuki dayanak ve süre notu</w:t>
      </w:r>
    </w:p>
    <w:p>
      <w:pPr>
        <w:spacing w:after="280"/>
      </w:pPr>
      <w:r>
        <w:rPr>
          <w:b w:val="0"/>
          <w:color w:val="64748B"/>
          <w:sz w:val="18"/>
        </w:rPr>
        <w:t>6102 sayılı Türk Ticaret Kanunu m.94 uyarınca, hesap devresi sonunda bakiyeyi gösteren cetveli alan taraf, aldığı tarihten itibaren BİR AY içinde noter aracılığıyla, taahhütlü mektupla, telgrafla veya güvenli elektronik imza içeren bir yazıyla itiraz etmediği takdirde bakiyeyi kabul etmiş sayılır. (Bu kuralın uygulanması, taraflar arasındaki yazılı cari hesap sözleşmesinin varlığına ve somut olayın koşullarına bağlıdır; tereddüt hâlinde hukuk danışmanınıza başvurunuz.)</w:t>
      </w:r>
    </w:p>
    <w:p>
      <w:r>
        <w:br w:type="page"/>
      </w:r>
    </w:p>
    <w:p>
      <w:pPr>
        <w:spacing w:after="120"/>
      </w:pPr>
      <w:r>
        <w:rPr>
          <w:b w:val="0"/>
          <w:color w:val="64748B"/>
          <w:sz w:val="18"/>
        </w:rPr>
        <w:t>[FİRMA LOGONUZ / ANTETİNİZ]</w:t>
      </w:r>
    </w:p>
    <w:p>
      <w:pPr>
        <w:spacing w:after="40"/>
      </w:pPr>
      <w:r>
        <w:rPr>
          <w:b/>
          <w:color w:val="0E1830"/>
          <w:sz w:val="28"/>
        </w:rPr>
        <w:t>OLUMSUZ (NEGATİF) MUTABAKAT</w:t>
      </w:r>
    </w:p>
    <w:p>
      <w:pPr>
        <w:spacing w:after="280"/>
      </w:pPr>
      <w:r>
        <w:rPr>
          <w:b w:val="0"/>
          <w:color w:val="64748B"/>
          <w:sz w:val="20"/>
        </w:rPr>
        <w:t>Cari Hesap Mutabakat Mektubu</w:t>
      </w:r>
    </w:p>
    <w:p>
      <w:pPr>
        <w:spacing w:after="80"/>
      </w:pPr>
      <w:r>
        <w:rPr>
          <w:b w:val="0"/>
          <w:sz w:val="21"/>
        </w:rPr>
        <w:t>Tarih: ____ / ____ / 20____</w:t>
      </w:r>
    </w:p>
    <w:p>
      <w:pPr>
        <w:spacing w:after="80"/>
      </w:pPr>
      <w:r>
        <w:rPr>
          <w:b w:val="0"/>
          <w:sz w:val="21"/>
        </w:rPr>
        <w:t>Sayı: ____________</w:t>
      </w:r>
    </w:p>
    <w:p>
      <w:pPr>
        <w:spacing w:after="80"/>
      </w:pPr>
      <w:r>
        <w:rPr>
          <w:b w:val="0"/>
          <w:sz w:val="21"/>
        </w:rPr>
        <w:t>Muhatap Firma Unvanı: ______________________________________</w:t>
      </w:r>
    </w:p>
    <w:p>
      <w:pPr>
        <w:spacing w:after="80"/>
      </w:pPr>
      <w:r>
        <w:rPr>
          <w:b w:val="0"/>
          <w:sz w:val="21"/>
        </w:rPr>
        <w:t>Vergi Dairesi / VKN: ______________________________________</w:t>
      </w:r>
    </w:p>
    <w:p>
      <w:pPr>
        <w:spacing w:after="80"/>
      </w:pPr>
      <w:r>
        <w:rPr>
          <w:b w:val="0"/>
          <w:sz w:val="21"/>
        </w:rPr>
        <w:t>İlgili Kişi / E-posta: ______________________________________</w:t>
      </w:r>
    </w:p>
    <w:p>
      <w:pPr>
        <w:spacing w:after="40"/>
      </w:pPr>
      <w:r>
        <w:rPr>
          <w:b w:val="0"/>
          <w:sz w:val="21"/>
        </w:rPr>
      </w:r>
    </w:p>
    <w:p>
      <w:pPr>
        <w:spacing w:after="160"/>
      </w:pPr>
      <w:r>
        <w:rPr>
          <w:b w:val="0"/>
          <w:sz w:val="21"/>
        </w:rPr>
        <w:t>Sayın Yetkili,</w:t>
      </w:r>
    </w:p>
    <w:p>
      <w:pPr>
        <w:spacing w:after="160"/>
      </w:pPr>
      <w:r>
        <w:rPr>
          <w:b w:val="0"/>
          <w:sz w:val="21"/>
        </w:rPr>
        <w:t>Şirketimiz kayıtlarına göre ____ / ____ / 20____ tarihi itibarıyla cari hesabınız ____________________ TL / USD / EUR tutarında BORÇ / ALACAK bakiyesi vermektedir.</w:t>
      </w:r>
    </w:p>
    <w:p>
      <w:pPr>
        <w:spacing w:after="200"/>
      </w:pPr>
      <w:r>
        <w:rPr>
          <w:b w:val="0"/>
          <w:sz w:val="21"/>
        </w:rPr>
        <w:t>Bakiye kayıtlarınızla UYUMLU ise ayrıca yanıt vermenize gerek yoktur. Yalnızca mutabık OLMAMANIZ hâlinde, kayıtlarınıza göre bakiyeyi ve fark yaratan kalemlerin dökümünü 7 (yedi) gün içinde yazılı olarak bildirmenizi rica ederiz.</w:t>
      </w:r>
    </w:p>
    <w:p>
      <w:pPr>
        <w:spacing w:after="200"/>
      </w:pPr>
      <w:r>
        <w:rPr>
          <w:b w:val="0"/>
          <w:sz w:val="21"/>
        </w:rPr>
      </w:r>
    </w:p>
    <w:p>
      <w:pPr>
        <w:spacing w:after="80"/>
      </w:pPr>
      <w:r>
        <w:rPr>
          <w:b/>
          <w:sz w:val="21"/>
        </w:rPr>
        <w:t>Gönderen Firma                                            Muhatap Firma</w:t>
      </w:r>
    </w:p>
    <w:p>
      <w:pPr>
        <w:spacing w:after="40"/>
      </w:pPr>
      <w:r>
        <w:rPr>
          <w:b w:val="0"/>
          <w:color w:val="64748B"/>
          <w:sz w:val="20"/>
        </w:rPr>
        <w:t>Kaşe / İmza                                                                        Kaşe / İmza</w:t>
      </w:r>
    </w:p>
    <w:p>
      <w:pPr>
        <w:spacing w:after="40"/>
      </w:pPr>
      <w:r>
        <w:rPr>
          <w:b w:val="0"/>
          <w:sz w:val="20"/>
        </w:rPr>
        <w:t>Ad Soyad / Unvan: ______________________      Ad Soyad / Unvan: ______________________</w:t>
      </w:r>
    </w:p>
    <w:p>
      <w:pPr>
        <w:spacing w:after="60"/>
      </w:pPr>
      <w:r>
        <w:rPr>
          <w:b/>
          <w:color w:val="1D4ED8"/>
          <w:sz w:val="21"/>
        </w:rPr>
        <w:t>Hukuki dayanak ve süre notu</w:t>
      </w:r>
    </w:p>
    <w:p>
      <w:pPr>
        <w:spacing w:after="280"/>
      </w:pPr>
      <w:r>
        <w:rPr>
          <w:b w:val="0"/>
          <w:color w:val="64748B"/>
          <w:sz w:val="18"/>
        </w:rPr>
        <w:t>6102 sayılı Türk Ticaret Kanunu m.94 uyarınca, hesap devresi sonunda bakiyeyi gösteren cetveli alan taraf, aldığı tarihten itibaren BİR AY içinde noter aracılığıyla, taahhütlü mektupla, telgrafla veya güvenli elektronik imza içeren bir yazıyla itiraz etmediği takdirde bakiyeyi kabul etmiş sayılır. (Bu kuralın uygulanması, taraflar arasındaki yazılı cari hesap sözleşmesinin varlığına ve somut olayın koşullarına bağlıdır; tereddüt hâlinde hukuk danışmanınıza başvurunuz.)</w:t>
      </w:r>
    </w:p>
    <w:p>
      <w:r>
        <w:br w:type="page"/>
      </w:r>
    </w:p>
    <w:p>
      <w:pPr>
        <w:spacing w:after="120"/>
      </w:pPr>
      <w:r>
        <w:rPr>
          <w:b w:val="0"/>
          <w:color w:val="64748B"/>
          <w:sz w:val="18"/>
        </w:rPr>
        <w:t>[FİRMA LOGONUZ / ANTETİNİZ]</w:t>
      </w:r>
    </w:p>
    <w:p>
      <w:pPr>
        <w:spacing w:after="40"/>
      </w:pPr>
      <w:r>
        <w:rPr>
          <w:b/>
          <w:color w:val="0E1830"/>
          <w:sz w:val="28"/>
        </w:rPr>
        <w:t>BAKİYESİZ MUTABAKAT</w:t>
      </w:r>
    </w:p>
    <w:p>
      <w:pPr>
        <w:spacing w:after="280"/>
      </w:pPr>
      <w:r>
        <w:rPr>
          <w:b w:val="0"/>
          <w:color w:val="64748B"/>
          <w:sz w:val="20"/>
        </w:rPr>
        <w:t>Cari Hesap Mutabakat Mektubu</w:t>
      </w:r>
    </w:p>
    <w:p>
      <w:pPr>
        <w:spacing w:after="80"/>
      </w:pPr>
      <w:r>
        <w:rPr>
          <w:b w:val="0"/>
          <w:sz w:val="21"/>
        </w:rPr>
        <w:t>Tarih: ____ / ____ / 20____</w:t>
      </w:r>
    </w:p>
    <w:p>
      <w:pPr>
        <w:spacing w:after="80"/>
      </w:pPr>
      <w:r>
        <w:rPr>
          <w:b w:val="0"/>
          <w:sz w:val="21"/>
        </w:rPr>
        <w:t>Sayı: ____________</w:t>
      </w:r>
    </w:p>
    <w:p>
      <w:pPr>
        <w:spacing w:after="80"/>
      </w:pPr>
      <w:r>
        <w:rPr>
          <w:b w:val="0"/>
          <w:sz w:val="21"/>
        </w:rPr>
        <w:t>Muhatap Firma Unvanı: ______________________________________</w:t>
      </w:r>
    </w:p>
    <w:p>
      <w:pPr>
        <w:spacing w:after="80"/>
      </w:pPr>
      <w:r>
        <w:rPr>
          <w:b w:val="0"/>
          <w:sz w:val="21"/>
        </w:rPr>
        <w:t>Vergi Dairesi / VKN: ______________________________________</w:t>
      </w:r>
    </w:p>
    <w:p>
      <w:pPr>
        <w:spacing w:after="80"/>
      </w:pPr>
      <w:r>
        <w:rPr>
          <w:b w:val="0"/>
          <w:sz w:val="21"/>
        </w:rPr>
        <w:t>İlgili Kişi / E-posta: ______________________________________</w:t>
      </w:r>
    </w:p>
    <w:p>
      <w:pPr>
        <w:spacing w:after="40"/>
      </w:pPr>
      <w:r>
        <w:rPr>
          <w:b w:val="0"/>
          <w:sz w:val="21"/>
        </w:rPr>
      </w:r>
    </w:p>
    <w:p>
      <w:pPr>
        <w:spacing w:after="160"/>
      </w:pPr>
      <w:r>
        <w:rPr>
          <w:b w:val="0"/>
          <w:sz w:val="21"/>
        </w:rPr>
        <w:t>Sayın Yetkili,</w:t>
      </w:r>
    </w:p>
    <w:p>
      <w:pPr>
        <w:spacing w:after="160"/>
      </w:pPr>
      <w:r>
        <w:rPr>
          <w:b w:val="0"/>
          <w:sz w:val="21"/>
        </w:rPr>
        <w:t>____ / ____ / 20____ tarihi itibarıyla şirketimiz cari hesabının, kayıtlarınıza göre verdiği bakiyeyi (borç/alacak yönü ve para birimi ile birlikte) ve talep etmeniz hâlinde hesap ekstrenizi tarafımıza iletmenizi rica ederiz.</w:t>
      </w:r>
    </w:p>
    <w:p>
      <w:pPr>
        <w:spacing w:after="200"/>
      </w:pPr>
      <w:r>
        <w:rPr>
          <w:b/>
          <w:sz w:val="21"/>
        </w:rPr>
        <w:t>Kayıtlarınıza göre bakiye: ____________________   BORÇ ☐   ALACAK ☐   Para birimi: ________</w:t>
      </w:r>
    </w:p>
    <w:p>
      <w:pPr>
        <w:spacing w:after="200"/>
      </w:pPr>
      <w:r>
        <w:rPr>
          <w:b w:val="0"/>
          <w:sz w:val="21"/>
        </w:rPr>
      </w:r>
    </w:p>
    <w:p>
      <w:pPr>
        <w:spacing w:after="80"/>
      </w:pPr>
      <w:r>
        <w:rPr>
          <w:b/>
          <w:sz w:val="21"/>
        </w:rPr>
        <w:t>Gönderen Firma                                            Muhatap Firma</w:t>
      </w:r>
    </w:p>
    <w:p>
      <w:pPr>
        <w:spacing w:after="40"/>
      </w:pPr>
      <w:r>
        <w:rPr>
          <w:b w:val="0"/>
          <w:color w:val="64748B"/>
          <w:sz w:val="20"/>
        </w:rPr>
        <w:t>Kaşe / İmza                                                                        Kaşe / İmza</w:t>
      </w:r>
    </w:p>
    <w:p>
      <w:pPr>
        <w:spacing w:after="40"/>
      </w:pPr>
      <w:r>
        <w:rPr>
          <w:b w:val="0"/>
          <w:sz w:val="20"/>
        </w:rPr>
        <w:t>Ad Soyad / Unvan: ______________________      Ad Soyad / Unvan: ______________________</w:t>
      </w:r>
    </w:p>
    <w:p>
      <w:pPr>
        <w:spacing w:after="60"/>
      </w:pPr>
      <w:r>
        <w:rPr>
          <w:b/>
          <w:color w:val="1D4ED8"/>
          <w:sz w:val="21"/>
        </w:rPr>
        <w:t>Hukuki dayanak ve süre notu</w:t>
      </w:r>
    </w:p>
    <w:p>
      <w:pPr>
        <w:spacing w:after="280"/>
      </w:pPr>
      <w:r>
        <w:rPr>
          <w:b w:val="0"/>
          <w:color w:val="64748B"/>
          <w:sz w:val="18"/>
        </w:rPr>
        <w:t>6102 sayılı Türk Ticaret Kanunu m.94 uyarınca, hesap devresi sonunda bakiyeyi gösteren cetveli alan taraf, aldığı tarihten itibaren BİR AY içinde noter aracılığıyla, taahhütlü mektupla, telgrafla veya güvenli elektronik imza içeren bir yazıyla itiraz etmediği takdirde bakiyeyi kabul etmiş sayılır. (Bu kuralın uygulanması, taraflar arasındaki yazılı cari hesap sözleşmesinin varlığına ve somut olayın koşullarına bağlıdır; tereddüt hâlinde hukuk danışmanınıza başvurunuz.)</w:t>
      </w:r>
    </w:p>
    <w:p>
      <w:pPr>
        <w:spacing w:after="120"/>
      </w:pPr>
      <w:r>
        <w:rPr>
          <w:b w:val="0"/>
          <w:color w:val="64748B"/>
          <w:sz w:val="17"/>
        </w:rPr>
        <w:t>Bu şablon ifinances.co tarafından bilgilendirme amacıyla hazırlanmıştır; hukuki danışmanlık yerine geçmez. Otomatik mutabakat mektubu üretimi ve imzalı nüsha arşivi için: ifinances.co</w:t>
      </w:r>
    </w:p>
    <w:sectPr w:rsidR="00FC693F" w:rsidRPr="0006063C" w:rsidSect="00034616">
      <w:pgSz w:w="12240" w:h="15840"/>
      <w:pgMar w:top="1247"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